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A3624" w14:textId="77777777" w:rsidR="005955F3" w:rsidRPr="00786E3F" w:rsidRDefault="00D25CAA">
      <w:pPr>
        <w:pStyle w:val="Heading1"/>
        <w:rPr>
          <w:sz w:val="36"/>
          <w:szCs w:val="36"/>
          <w:lang w:val="fr-CA"/>
        </w:rPr>
      </w:pPr>
      <w:r w:rsidRPr="00786E3F">
        <w:rPr>
          <w:sz w:val="36"/>
          <w:szCs w:val="36"/>
          <w:lang w:val="fr-CA"/>
        </w:rPr>
        <w:t>FORMULAIRE DE DEMANDE</w:t>
      </w:r>
    </w:p>
    <w:p w14:paraId="767BC4B6" w14:textId="77777777" w:rsidR="005955F3" w:rsidRPr="00786E3F" w:rsidRDefault="00D25CAA">
      <w:pPr>
        <w:pStyle w:val="Heading2"/>
        <w:rPr>
          <w:lang w:val="fr-CA"/>
        </w:rPr>
      </w:pPr>
      <w:r w:rsidRPr="00786E3F">
        <w:rPr>
          <w:lang w:val="fr-CA"/>
        </w:rPr>
        <w:t>1. Informations générales</w:t>
      </w:r>
    </w:p>
    <w:p w14:paraId="05367ED2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Nom de l’organisme : ________________________________</w:t>
      </w:r>
    </w:p>
    <w:p w14:paraId="16ABE5C7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Adresse : _________________________________________</w:t>
      </w:r>
    </w:p>
    <w:p w14:paraId="5B9AD291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Personne contact : ________________________________</w:t>
      </w:r>
    </w:p>
    <w:p w14:paraId="5D8CE542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Téléphone : _______________________________________</w:t>
      </w:r>
    </w:p>
    <w:p w14:paraId="0143F3FD" w14:textId="7770B735" w:rsidR="005955F3" w:rsidRDefault="00D25CAA">
      <w:pPr>
        <w:rPr>
          <w:lang w:val="fr-CA"/>
        </w:rPr>
      </w:pPr>
      <w:r w:rsidRPr="00786E3F">
        <w:rPr>
          <w:lang w:val="fr-CA"/>
        </w:rPr>
        <w:t>Courriel : ________________________________________</w:t>
      </w:r>
    </w:p>
    <w:p w14:paraId="26F3F0AD" w14:textId="77777777" w:rsidR="005955F3" w:rsidRPr="00786E3F" w:rsidRDefault="00D25CAA">
      <w:pPr>
        <w:pStyle w:val="Heading2"/>
        <w:rPr>
          <w:lang w:val="fr-CA"/>
        </w:rPr>
      </w:pPr>
      <w:r w:rsidRPr="00786E3F">
        <w:rPr>
          <w:lang w:val="fr-CA"/>
        </w:rPr>
        <w:t>2. Capacité bénévole</w:t>
      </w:r>
    </w:p>
    <w:p w14:paraId="7764E66D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Nombre de bénévoles disponibles : _____</w:t>
      </w:r>
    </w:p>
    <w:p w14:paraId="74E8D72C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Avez-vous déjà participé à des événements similaires ? (Oui/Non)</w:t>
      </w:r>
    </w:p>
    <w:p w14:paraId="4F905504" w14:textId="6F1A544A" w:rsidR="00786E3F" w:rsidRDefault="00D25CAA" w:rsidP="00786E3F">
      <w:pPr>
        <w:rPr>
          <w:lang w:val="fr-CA"/>
        </w:rPr>
      </w:pPr>
      <w:r w:rsidRPr="00786E3F">
        <w:rPr>
          <w:lang w:val="fr-CA"/>
        </w:rPr>
        <w:t>Si oui, précisez : ________________________________</w:t>
      </w:r>
    </w:p>
    <w:p w14:paraId="727C5F22" w14:textId="159350D2" w:rsidR="005955F3" w:rsidRPr="00786E3F" w:rsidRDefault="00D25CAA">
      <w:pPr>
        <w:pStyle w:val="Heading2"/>
        <w:rPr>
          <w:lang w:val="fr-CA"/>
        </w:rPr>
      </w:pPr>
      <w:r w:rsidRPr="00786E3F">
        <w:rPr>
          <w:lang w:val="fr-CA"/>
        </w:rPr>
        <w:t>3. Utilisation des fonds</w:t>
      </w:r>
    </w:p>
    <w:p w14:paraId="285A8B25" w14:textId="427C2054" w:rsidR="005955F3" w:rsidRPr="00786E3F" w:rsidRDefault="00D25CAA">
      <w:pPr>
        <w:rPr>
          <w:lang w:val="fr-CA"/>
        </w:rPr>
      </w:pPr>
      <w:r w:rsidRPr="00786E3F">
        <w:rPr>
          <w:lang w:val="fr-CA"/>
        </w:rPr>
        <w:t>Montant estimé nécessaire : ______________</w:t>
      </w:r>
      <w:r w:rsidR="00786E3F">
        <w:rPr>
          <w:lang w:val="fr-CA"/>
        </w:rPr>
        <w:t xml:space="preserve"> </w:t>
      </w:r>
      <w:r w:rsidR="00786E3F" w:rsidRPr="00786E3F">
        <w:rPr>
          <w:b/>
          <w:bCs/>
          <w:lang w:val="fr-CA"/>
        </w:rPr>
        <w:t>(fournir un budget pré</w:t>
      </w:r>
      <w:r w:rsidR="00786E3F">
        <w:rPr>
          <w:b/>
          <w:bCs/>
          <w:lang w:val="fr-CA"/>
        </w:rPr>
        <w:t>l</w:t>
      </w:r>
      <w:r w:rsidR="00786E3F" w:rsidRPr="00786E3F">
        <w:rPr>
          <w:b/>
          <w:bCs/>
          <w:lang w:val="fr-CA"/>
        </w:rPr>
        <w:t>i</w:t>
      </w:r>
      <w:r w:rsidR="00786E3F">
        <w:rPr>
          <w:b/>
          <w:bCs/>
          <w:lang w:val="fr-CA"/>
        </w:rPr>
        <w:t>min</w:t>
      </w:r>
      <w:r w:rsidR="00786E3F" w:rsidRPr="00786E3F">
        <w:rPr>
          <w:b/>
          <w:bCs/>
          <w:lang w:val="fr-CA"/>
        </w:rPr>
        <w:t>aire en annexe)</w:t>
      </w:r>
    </w:p>
    <w:p w14:paraId="3498E495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Description détaillée du projet et objectifs :</w:t>
      </w:r>
    </w:p>
    <w:p w14:paraId="6885EF4F" w14:textId="7B79435E" w:rsidR="005955F3" w:rsidRPr="00786E3F" w:rsidRDefault="00D25CAA">
      <w:pPr>
        <w:rPr>
          <w:lang w:val="fr-CA"/>
        </w:rPr>
      </w:pPr>
      <w:r w:rsidRPr="00786E3F">
        <w:rPr>
          <w:lang w:val="fr-CA"/>
        </w:rPr>
        <w:t>______________________________________________</w:t>
      </w:r>
      <w:r w:rsidR="00786E3F">
        <w:rPr>
          <w:lang w:val="fr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86E3F">
        <w:rPr>
          <w:lang w:val="fr-CA"/>
        </w:rPr>
        <w:t>________</w:t>
      </w:r>
      <w:r w:rsidR="00786E3F">
        <w:rPr>
          <w:lang w:val="fr-C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640B31D1" w14:textId="492E1E44" w:rsidR="005955F3" w:rsidRPr="00786E3F" w:rsidRDefault="00D25CAA">
      <w:pPr>
        <w:pStyle w:val="Heading2"/>
        <w:rPr>
          <w:lang w:val="fr-CA"/>
        </w:rPr>
      </w:pPr>
      <w:r w:rsidRPr="00786E3F">
        <w:rPr>
          <w:lang w:val="fr-CA"/>
        </w:rPr>
        <w:t>4. Engagement</w:t>
      </w:r>
    </w:p>
    <w:p w14:paraId="1C8302F5" w14:textId="777777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Nous confirmons que nous respectons les critères d’admissibilité et nous engageons à fournir les bénévoles requis pour l’événement.</w:t>
      </w:r>
    </w:p>
    <w:p w14:paraId="69153749" w14:textId="1ECE6C77" w:rsidR="005955F3" w:rsidRPr="00786E3F" w:rsidRDefault="00D25CAA">
      <w:pPr>
        <w:rPr>
          <w:lang w:val="fr-CA"/>
        </w:rPr>
      </w:pPr>
      <w:r w:rsidRPr="00786E3F">
        <w:rPr>
          <w:lang w:val="fr-CA"/>
        </w:rPr>
        <w:t>Signature : _______________________</w:t>
      </w:r>
      <w:r w:rsidR="00786E3F">
        <w:rPr>
          <w:lang w:val="fr-CA"/>
        </w:rPr>
        <w:t>______________________________________________________</w:t>
      </w:r>
      <w:r w:rsidRPr="00786E3F">
        <w:rPr>
          <w:lang w:val="fr-CA"/>
        </w:rPr>
        <w:t>_</w:t>
      </w:r>
    </w:p>
    <w:p w14:paraId="6DF6D3E4" w14:textId="7DF896AF" w:rsidR="005955F3" w:rsidRPr="00786E3F" w:rsidRDefault="00D25CAA">
      <w:pPr>
        <w:rPr>
          <w:lang w:val="fr-CA"/>
        </w:rPr>
      </w:pPr>
      <w:r w:rsidRPr="00786E3F">
        <w:rPr>
          <w:lang w:val="fr-CA"/>
        </w:rPr>
        <w:t>Nom et fonction : ________________________</w:t>
      </w:r>
      <w:r w:rsidR="00786E3F">
        <w:rPr>
          <w:lang w:val="fr-CA"/>
        </w:rPr>
        <w:t>_______________________________________________</w:t>
      </w:r>
    </w:p>
    <w:p w14:paraId="794AACE5" w14:textId="3F1FFCB2" w:rsidR="005955F3" w:rsidRDefault="00D25CAA">
      <w:pPr>
        <w:rPr>
          <w:lang w:val="fr-CA"/>
        </w:rPr>
      </w:pPr>
      <w:r w:rsidRPr="00786E3F">
        <w:rPr>
          <w:lang w:val="fr-CA"/>
        </w:rPr>
        <w:t>Date : ____________</w:t>
      </w:r>
      <w:r w:rsidR="00786E3F">
        <w:rPr>
          <w:lang w:val="fr-CA"/>
        </w:rPr>
        <w:t>__________________</w:t>
      </w:r>
      <w:r w:rsidRPr="00786E3F">
        <w:rPr>
          <w:lang w:val="fr-CA"/>
        </w:rPr>
        <w:t>_</w:t>
      </w:r>
    </w:p>
    <w:p w14:paraId="1630A99F" w14:textId="5F4F4A0B" w:rsidR="007F0ACE" w:rsidRPr="00786E3F" w:rsidRDefault="001E6412" w:rsidP="007F0ACE">
      <w:pPr>
        <w:pStyle w:val="Heading1"/>
        <w:rPr>
          <w:sz w:val="36"/>
          <w:szCs w:val="36"/>
          <w:lang w:val="fr-CA"/>
        </w:rPr>
      </w:pPr>
      <w:r w:rsidRPr="00415103">
        <w:rPr>
          <w:sz w:val="36"/>
          <w:szCs w:val="36"/>
          <w:lang w:val="fr-CA"/>
        </w:rPr>
        <w:lastRenderedPageBreak/>
        <w:t>APPLICATION FORM</w:t>
      </w:r>
    </w:p>
    <w:p w14:paraId="63E7E4E5" w14:textId="26206F65" w:rsidR="007F0ACE" w:rsidRPr="00415103" w:rsidRDefault="007F0ACE" w:rsidP="007F0ACE">
      <w:pPr>
        <w:pStyle w:val="Heading2"/>
      </w:pPr>
      <w:r w:rsidRPr="00415103">
        <w:t xml:space="preserve">1. </w:t>
      </w:r>
      <w:r w:rsidR="00415103" w:rsidRPr="00415103">
        <w:t>General Information</w:t>
      </w:r>
    </w:p>
    <w:p w14:paraId="5244FE81" w14:textId="4F70F2AE" w:rsidR="007F0ACE" w:rsidRPr="00425051" w:rsidRDefault="00415103" w:rsidP="007F0ACE">
      <w:pPr>
        <w:rPr>
          <w:sz w:val="24"/>
          <w:szCs w:val="24"/>
        </w:rPr>
      </w:pPr>
      <w:r w:rsidRPr="00425051">
        <w:rPr>
          <w:sz w:val="24"/>
          <w:szCs w:val="24"/>
        </w:rPr>
        <w:t>Name of organization</w:t>
      </w:r>
      <w:r w:rsidR="007F0ACE" w:rsidRPr="00425051">
        <w:rPr>
          <w:sz w:val="24"/>
          <w:szCs w:val="24"/>
        </w:rPr>
        <w:t>: ________________________________</w:t>
      </w:r>
    </w:p>
    <w:p w14:paraId="3BE4887C" w14:textId="3FA075FE" w:rsidR="007F0ACE" w:rsidRPr="00425051" w:rsidRDefault="007F0ACE" w:rsidP="007F0ACE">
      <w:pPr>
        <w:rPr>
          <w:sz w:val="24"/>
          <w:szCs w:val="24"/>
        </w:rPr>
      </w:pPr>
      <w:r w:rsidRPr="00425051">
        <w:rPr>
          <w:sz w:val="24"/>
          <w:szCs w:val="24"/>
        </w:rPr>
        <w:t>A</w:t>
      </w:r>
      <w:r w:rsidR="00415103" w:rsidRPr="00425051">
        <w:rPr>
          <w:sz w:val="24"/>
          <w:szCs w:val="24"/>
        </w:rPr>
        <w:t>d</w:t>
      </w:r>
      <w:r w:rsidRPr="00425051">
        <w:rPr>
          <w:sz w:val="24"/>
          <w:szCs w:val="24"/>
        </w:rPr>
        <w:t>dress: _________________________________________</w:t>
      </w:r>
    </w:p>
    <w:p w14:paraId="4954CCEC" w14:textId="6DC3F364" w:rsidR="007F0ACE" w:rsidRPr="00425051" w:rsidRDefault="0086278B" w:rsidP="007F0ACE">
      <w:pPr>
        <w:rPr>
          <w:sz w:val="24"/>
          <w:szCs w:val="24"/>
        </w:rPr>
      </w:pPr>
      <w:r w:rsidRPr="00425051">
        <w:rPr>
          <w:sz w:val="24"/>
          <w:szCs w:val="24"/>
        </w:rPr>
        <w:t>Contact person</w:t>
      </w:r>
      <w:r w:rsidR="007F0ACE" w:rsidRPr="00425051">
        <w:rPr>
          <w:sz w:val="24"/>
          <w:szCs w:val="24"/>
        </w:rPr>
        <w:t>: ________________________________</w:t>
      </w:r>
    </w:p>
    <w:p w14:paraId="55464556" w14:textId="76E6C385" w:rsidR="007F0ACE" w:rsidRPr="00425051" w:rsidRDefault="0086278B" w:rsidP="007F0ACE">
      <w:pPr>
        <w:rPr>
          <w:sz w:val="24"/>
          <w:szCs w:val="24"/>
        </w:rPr>
      </w:pPr>
      <w:r w:rsidRPr="00425051">
        <w:rPr>
          <w:sz w:val="24"/>
          <w:szCs w:val="24"/>
        </w:rPr>
        <w:t>Phone</w:t>
      </w:r>
      <w:r w:rsidR="007F0ACE" w:rsidRPr="00425051">
        <w:rPr>
          <w:sz w:val="24"/>
          <w:szCs w:val="24"/>
        </w:rPr>
        <w:t>: _______________________________________</w:t>
      </w:r>
    </w:p>
    <w:p w14:paraId="03DED8A6" w14:textId="54A86BF5" w:rsidR="007F0ACE" w:rsidRPr="00425051" w:rsidRDefault="00F53DDD" w:rsidP="007F0ACE">
      <w:pPr>
        <w:rPr>
          <w:sz w:val="24"/>
          <w:szCs w:val="24"/>
        </w:rPr>
      </w:pPr>
      <w:r w:rsidRPr="00425051">
        <w:rPr>
          <w:sz w:val="24"/>
          <w:szCs w:val="24"/>
        </w:rPr>
        <w:t>Email</w:t>
      </w:r>
      <w:r w:rsidR="007F0ACE" w:rsidRPr="00425051">
        <w:rPr>
          <w:sz w:val="24"/>
          <w:szCs w:val="24"/>
        </w:rPr>
        <w:t>: ________________________________________</w:t>
      </w:r>
    </w:p>
    <w:p w14:paraId="172A1B12" w14:textId="77D48372" w:rsidR="007F0ACE" w:rsidRPr="00D11E58" w:rsidRDefault="007F0ACE" w:rsidP="007F0ACE">
      <w:pPr>
        <w:pStyle w:val="Heading2"/>
      </w:pPr>
      <w:r w:rsidRPr="00D11E58">
        <w:t xml:space="preserve">2. </w:t>
      </w:r>
      <w:r w:rsidR="00F53DDD">
        <w:t>Volunteer Capacity</w:t>
      </w:r>
    </w:p>
    <w:p w14:paraId="455D2EF2" w14:textId="57157E93" w:rsidR="007F0ACE" w:rsidRPr="00073405" w:rsidRDefault="00D11E58" w:rsidP="007F0ACE">
      <w:pPr>
        <w:rPr>
          <w:sz w:val="24"/>
          <w:szCs w:val="24"/>
        </w:rPr>
      </w:pPr>
      <w:r w:rsidRPr="00073405">
        <w:rPr>
          <w:sz w:val="24"/>
          <w:szCs w:val="24"/>
        </w:rPr>
        <w:t>Number of available volunteers</w:t>
      </w:r>
      <w:r w:rsidR="007F0ACE" w:rsidRPr="00073405">
        <w:rPr>
          <w:sz w:val="24"/>
          <w:szCs w:val="24"/>
        </w:rPr>
        <w:t>: _____</w:t>
      </w:r>
    </w:p>
    <w:p w14:paraId="5244650D" w14:textId="77777777" w:rsidR="00D11E58" w:rsidRPr="00073405" w:rsidRDefault="00D11E58" w:rsidP="007F0ACE">
      <w:pPr>
        <w:rPr>
          <w:sz w:val="24"/>
          <w:szCs w:val="24"/>
          <w:lang w:val="fr-CA"/>
        </w:rPr>
      </w:pPr>
      <w:r w:rsidRPr="00073405">
        <w:rPr>
          <w:sz w:val="24"/>
          <w:szCs w:val="24"/>
        </w:rPr>
        <w:t xml:space="preserve">Have you previously participated in similar events? </w:t>
      </w:r>
      <w:r w:rsidRPr="00073405">
        <w:rPr>
          <w:sz w:val="24"/>
          <w:szCs w:val="24"/>
          <w:lang w:val="fr-CA"/>
        </w:rPr>
        <w:t>(Yes/No)</w:t>
      </w:r>
    </w:p>
    <w:p w14:paraId="59DB9FDF" w14:textId="7B7F82A1" w:rsidR="007F0ACE" w:rsidRPr="00073405" w:rsidRDefault="00730975" w:rsidP="007F0ACE">
      <w:pPr>
        <w:rPr>
          <w:sz w:val="24"/>
          <w:szCs w:val="24"/>
        </w:rPr>
      </w:pPr>
      <w:r w:rsidRPr="00073405">
        <w:rPr>
          <w:sz w:val="24"/>
          <w:szCs w:val="24"/>
        </w:rPr>
        <w:t>If yes, please specify</w:t>
      </w:r>
      <w:r w:rsidR="007F0ACE" w:rsidRPr="00073405">
        <w:rPr>
          <w:sz w:val="24"/>
          <w:szCs w:val="24"/>
        </w:rPr>
        <w:t>: ________________________________</w:t>
      </w:r>
    </w:p>
    <w:p w14:paraId="59910441" w14:textId="618FACA8" w:rsidR="007F0ACE" w:rsidRPr="00730975" w:rsidRDefault="007F0ACE" w:rsidP="007F0ACE">
      <w:pPr>
        <w:pStyle w:val="Heading2"/>
      </w:pPr>
      <w:r w:rsidRPr="00730975">
        <w:t xml:space="preserve">3. </w:t>
      </w:r>
      <w:r w:rsidR="00730975">
        <w:t>Use of Funds</w:t>
      </w:r>
    </w:p>
    <w:p w14:paraId="2B5D0E14" w14:textId="7CAE3207" w:rsidR="007F0ACE" w:rsidRPr="00073405" w:rsidRDefault="00730975" w:rsidP="007F0ACE">
      <w:pPr>
        <w:rPr>
          <w:sz w:val="24"/>
          <w:szCs w:val="24"/>
        </w:rPr>
      </w:pPr>
      <w:r w:rsidRPr="00073405">
        <w:rPr>
          <w:sz w:val="24"/>
          <w:szCs w:val="24"/>
        </w:rPr>
        <w:t>Estimated amount needed</w:t>
      </w:r>
      <w:r w:rsidR="007F0ACE" w:rsidRPr="00073405">
        <w:rPr>
          <w:sz w:val="24"/>
          <w:szCs w:val="24"/>
        </w:rPr>
        <w:t xml:space="preserve">: ______________ </w:t>
      </w:r>
      <w:r w:rsidR="00073405" w:rsidRPr="00073405">
        <w:rPr>
          <w:b/>
          <w:bCs/>
          <w:sz w:val="24"/>
          <w:szCs w:val="24"/>
        </w:rPr>
        <w:t>(please attach a preliminary budget)</w:t>
      </w:r>
    </w:p>
    <w:p w14:paraId="1914646D" w14:textId="77777777" w:rsidR="00425051" w:rsidRPr="00425051" w:rsidRDefault="00425051" w:rsidP="007F0ACE">
      <w:pPr>
        <w:rPr>
          <w:sz w:val="24"/>
          <w:szCs w:val="24"/>
        </w:rPr>
      </w:pPr>
      <w:r w:rsidRPr="00425051">
        <w:rPr>
          <w:sz w:val="24"/>
          <w:szCs w:val="24"/>
        </w:rPr>
        <w:t>Detailed description of the project and its</w:t>
      </w:r>
      <w:r w:rsidRPr="00425051">
        <w:rPr>
          <w:sz w:val="24"/>
          <w:szCs w:val="24"/>
        </w:rPr>
        <w:t xml:space="preserve"> </w:t>
      </w:r>
      <w:r w:rsidRPr="00425051">
        <w:rPr>
          <w:sz w:val="24"/>
          <w:szCs w:val="24"/>
        </w:rPr>
        <w:t>objectives:</w:t>
      </w:r>
    </w:p>
    <w:p w14:paraId="7683A91F" w14:textId="4B15A980" w:rsidR="007F0ACE" w:rsidRPr="00425051" w:rsidRDefault="007F0ACE" w:rsidP="007F0ACE">
      <w:r w:rsidRPr="0042505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FC0BF7" w14:textId="356EC784" w:rsidR="007F0ACE" w:rsidRPr="008873D4" w:rsidRDefault="007F0ACE" w:rsidP="007F0ACE">
      <w:pPr>
        <w:pStyle w:val="Heading2"/>
      </w:pPr>
      <w:r w:rsidRPr="008873D4">
        <w:t xml:space="preserve">4. </w:t>
      </w:r>
      <w:r w:rsidR="008873D4">
        <w:t>Commitment</w:t>
      </w:r>
    </w:p>
    <w:p w14:paraId="7DC6C409" w14:textId="77777777" w:rsidR="008873D4" w:rsidRDefault="008873D4" w:rsidP="007F0ACE">
      <w:pPr>
        <w:rPr>
          <w:sz w:val="24"/>
          <w:szCs w:val="24"/>
        </w:rPr>
      </w:pPr>
      <w:r w:rsidRPr="008873D4">
        <w:rPr>
          <w:sz w:val="24"/>
          <w:szCs w:val="24"/>
        </w:rPr>
        <w:t>We confirm that we meet the eligibility criteria and commit to providing the required volunteers for the event.</w:t>
      </w:r>
    </w:p>
    <w:p w14:paraId="79BEC4FD" w14:textId="1E45FB4F" w:rsidR="007F0ACE" w:rsidRPr="008873D4" w:rsidRDefault="007F0ACE" w:rsidP="007F0ACE">
      <w:r w:rsidRPr="008873D4">
        <w:rPr>
          <w:sz w:val="24"/>
          <w:szCs w:val="24"/>
        </w:rPr>
        <w:t>Signature :</w:t>
      </w:r>
      <w:r w:rsidRPr="008873D4">
        <w:t xml:space="preserve"> ______________________________________________________________________________</w:t>
      </w:r>
    </w:p>
    <w:p w14:paraId="269815DF" w14:textId="3EA90CA2" w:rsidR="007F0ACE" w:rsidRPr="004F79A9" w:rsidRDefault="004F79A9" w:rsidP="007F0ACE">
      <w:r>
        <w:t>Name and position</w:t>
      </w:r>
      <w:r w:rsidR="007F0ACE" w:rsidRPr="004F79A9">
        <w:t>: _______________________________________________________________________</w:t>
      </w:r>
    </w:p>
    <w:p w14:paraId="6958FEB7" w14:textId="6F5AC4D4" w:rsidR="007F0ACE" w:rsidRPr="004F79A9" w:rsidRDefault="007F0ACE">
      <w:r w:rsidRPr="004F79A9">
        <w:t>Date : ______________________________</w:t>
      </w:r>
    </w:p>
    <w:sectPr w:rsidR="007F0ACE" w:rsidRPr="004F79A9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F1D81" w14:textId="77777777" w:rsidR="000C2B39" w:rsidRDefault="000C2B39" w:rsidP="009636E0">
      <w:pPr>
        <w:spacing w:after="0" w:line="240" w:lineRule="auto"/>
      </w:pPr>
      <w:r>
        <w:separator/>
      </w:r>
    </w:p>
  </w:endnote>
  <w:endnote w:type="continuationSeparator" w:id="0">
    <w:p w14:paraId="78DCEEFC" w14:textId="77777777" w:rsidR="000C2B39" w:rsidRDefault="000C2B39" w:rsidP="00963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762F0" w14:textId="77777777" w:rsidR="000C2B39" w:rsidRDefault="000C2B39" w:rsidP="009636E0">
      <w:pPr>
        <w:spacing w:after="0" w:line="240" w:lineRule="auto"/>
      </w:pPr>
      <w:r>
        <w:separator/>
      </w:r>
    </w:p>
  </w:footnote>
  <w:footnote w:type="continuationSeparator" w:id="0">
    <w:p w14:paraId="7F545CE1" w14:textId="77777777" w:rsidR="000C2B39" w:rsidRDefault="000C2B39" w:rsidP="00963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B022" w14:textId="5872FA28" w:rsidR="009636E0" w:rsidRPr="00A8709B" w:rsidRDefault="009636E0" w:rsidP="009636E0">
    <w:pPr>
      <w:pStyle w:val="Header"/>
      <w:rPr>
        <w:rFonts w:ascii="Tahoma" w:hAnsi="Tahoma" w:cs="Tahoma"/>
        <w:b/>
        <w:bCs/>
        <w:color w:val="66809E"/>
        <w:sz w:val="28"/>
        <w:szCs w:val="28"/>
        <w:lang w:val="fr-CA"/>
      </w:rPr>
    </w:pPr>
    <w:r>
      <w:rPr>
        <w:rFonts w:ascii="Tahoma" w:hAnsi="Tahoma" w:cs="Tahoma"/>
        <w:b/>
        <w:bCs/>
        <w:noProof/>
        <w:color w:val="66809E"/>
        <w:sz w:val="28"/>
        <w:szCs w:val="28"/>
      </w:rPr>
      <w:drawing>
        <wp:anchor distT="0" distB="0" distL="114300" distR="114300" simplePos="0" relativeHeight="251661312" behindDoc="0" locked="0" layoutInCell="1" allowOverlap="1" wp14:anchorId="355A724D" wp14:editId="78BB315C">
          <wp:simplePos x="0" y="0"/>
          <wp:positionH relativeFrom="margin">
            <wp:posOffset>4914900</wp:posOffset>
          </wp:positionH>
          <wp:positionV relativeFrom="paragraph">
            <wp:posOffset>-38100</wp:posOffset>
          </wp:positionV>
          <wp:extent cx="1181100" cy="539931"/>
          <wp:effectExtent l="0" t="0" r="0" b="0"/>
          <wp:wrapNone/>
          <wp:docPr id="3" name="Picture 3" descr="A logo with a star and a red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star and a red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539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66809E"/>
        <w:sz w:val="28"/>
        <w:szCs w:val="28"/>
      </w:rPr>
      <w:drawing>
        <wp:anchor distT="0" distB="0" distL="114300" distR="114300" simplePos="0" relativeHeight="251657216" behindDoc="0" locked="0" layoutInCell="1" allowOverlap="1" wp14:anchorId="565B4F1F" wp14:editId="1BD97E9F">
          <wp:simplePos x="0" y="0"/>
          <wp:positionH relativeFrom="margin">
            <wp:posOffset>3521710</wp:posOffset>
          </wp:positionH>
          <wp:positionV relativeFrom="paragraph">
            <wp:posOffset>-397510</wp:posOffset>
          </wp:positionV>
          <wp:extent cx="1438275" cy="1438275"/>
          <wp:effectExtent l="0" t="0" r="0" b="0"/>
          <wp:wrapNone/>
          <wp:docPr id="1" name="Picture 1" descr="A black background with blue gree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blue green and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6EF9">
      <w:rPr>
        <w:noProof/>
      </w:rPr>
      <w:drawing>
        <wp:anchor distT="0" distB="0" distL="114300" distR="114300" simplePos="0" relativeHeight="251665408" behindDoc="0" locked="0" layoutInCell="1" allowOverlap="1" wp14:anchorId="65D1CA41" wp14:editId="3C48FB07">
          <wp:simplePos x="0" y="0"/>
          <wp:positionH relativeFrom="column">
            <wp:posOffset>1598</wp:posOffset>
          </wp:positionH>
          <wp:positionV relativeFrom="paragraph">
            <wp:posOffset>-200660</wp:posOffset>
          </wp:positionV>
          <wp:extent cx="2674991" cy="829649"/>
          <wp:effectExtent l="0" t="0" r="0" b="8890"/>
          <wp:wrapNone/>
          <wp:docPr id="2" name="Picture 2" descr="A sign on a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ign on a screen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74991" cy="829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3634">
      <w:rPr>
        <w:rFonts w:ascii="Tahoma" w:hAnsi="Tahoma" w:cs="Tahoma"/>
        <w:b/>
        <w:bCs/>
        <w:noProof/>
        <w:color w:val="66809E"/>
        <w:sz w:val="28"/>
        <w:szCs w:val="28"/>
      </w:rPr>
      <w:drawing>
        <wp:anchor distT="0" distB="0" distL="114300" distR="114300" simplePos="0" relativeHeight="251652096" behindDoc="1" locked="0" layoutInCell="1" allowOverlap="1" wp14:anchorId="56D30618" wp14:editId="25DC64AD">
          <wp:simplePos x="0" y="0"/>
          <wp:positionH relativeFrom="margin">
            <wp:posOffset>2740773</wp:posOffset>
          </wp:positionH>
          <wp:positionV relativeFrom="paragraph">
            <wp:posOffset>-163503</wp:posOffset>
          </wp:positionV>
          <wp:extent cx="910590" cy="819150"/>
          <wp:effectExtent l="0" t="0" r="3810" b="0"/>
          <wp:wrapTight wrapText="bothSides">
            <wp:wrapPolygon edited="0">
              <wp:start x="0" y="0"/>
              <wp:lineTo x="0" y="21098"/>
              <wp:lineTo x="21238" y="21098"/>
              <wp:lineTo x="21238" y="0"/>
              <wp:lineTo x="0" y="0"/>
            </wp:wrapPolygon>
          </wp:wrapTight>
          <wp:docPr id="9" name="Picture 9" descr="A logo of a bird and a light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of a bird and a lighthous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59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7BF0CE" w14:textId="77777777" w:rsidR="009636E0" w:rsidRDefault="009636E0" w:rsidP="009636E0">
    <w:pPr>
      <w:pStyle w:val="Header"/>
    </w:pPr>
  </w:p>
  <w:p w14:paraId="153492FA" w14:textId="77777777" w:rsidR="009636E0" w:rsidRDefault="009636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3405"/>
    <w:rsid w:val="000C2B39"/>
    <w:rsid w:val="0015074B"/>
    <w:rsid w:val="001B2B3E"/>
    <w:rsid w:val="001E6412"/>
    <w:rsid w:val="0029639D"/>
    <w:rsid w:val="00326F90"/>
    <w:rsid w:val="00384730"/>
    <w:rsid w:val="003904D1"/>
    <w:rsid w:val="00415103"/>
    <w:rsid w:val="00425051"/>
    <w:rsid w:val="004266DB"/>
    <w:rsid w:val="004F79A9"/>
    <w:rsid w:val="005078CE"/>
    <w:rsid w:val="005955F3"/>
    <w:rsid w:val="00730975"/>
    <w:rsid w:val="00786E3F"/>
    <w:rsid w:val="007F0ACE"/>
    <w:rsid w:val="0086278B"/>
    <w:rsid w:val="008873D4"/>
    <w:rsid w:val="009636E0"/>
    <w:rsid w:val="00A21C0E"/>
    <w:rsid w:val="00AA1D8D"/>
    <w:rsid w:val="00B47730"/>
    <w:rsid w:val="00CB0664"/>
    <w:rsid w:val="00D11E58"/>
    <w:rsid w:val="00D25CAA"/>
    <w:rsid w:val="00D934AB"/>
    <w:rsid w:val="00F53DD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9AC75"/>
  <w14:defaultImageDpi w14:val="300"/>
  <w15:docId w15:val="{07B9FDF0-2B63-4B32-863C-1EE38D22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Communication</cp:lastModifiedBy>
  <cp:revision>14</cp:revision>
  <dcterms:created xsi:type="dcterms:W3CDTF">2025-03-31T12:53:00Z</dcterms:created>
  <dcterms:modified xsi:type="dcterms:W3CDTF">2025-03-31T13:48:00Z</dcterms:modified>
  <cp:category/>
</cp:coreProperties>
</file>